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3437" w:rsidRDefault="00E22F63">
      <w:pPr>
        <w:pStyle w:val="Heading1"/>
      </w:pPr>
      <w:bookmarkStart w:id="0" w:name="_GoBack"/>
      <w:bookmarkEnd w:id="0"/>
      <w:r>
        <w:t>6-Page Book Report Template</w:t>
      </w:r>
    </w:p>
    <w:p w:rsidR="002D3437" w:rsidRDefault="00E22F63">
      <w:pPr>
        <w:pStyle w:val="Heading2"/>
      </w:pPr>
      <w:r>
        <w:t>Page 1 – Title &amp; Introduction</w:t>
      </w:r>
    </w:p>
    <w:p w:rsidR="002D3437" w:rsidRDefault="00E22F63">
      <w:r>
        <w:t>Heading:</w:t>
      </w:r>
      <w:r>
        <w:br/>
        <w:t>- Book Title</w:t>
      </w:r>
      <w:r>
        <w:br/>
        <w:t>- Author</w:t>
      </w:r>
      <w:r>
        <w:br/>
        <w:t>- Year of Publication</w:t>
      </w:r>
      <w:r>
        <w:br/>
        <w:t>- Genre</w:t>
      </w:r>
      <w:r>
        <w:br/>
        <w:t>- Your Name &amp; Date</w:t>
      </w:r>
      <w:r>
        <w:br/>
      </w:r>
    </w:p>
    <w:p w:rsidR="002D3437" w:rsidRDefault="00E22F63">
      <w:r>
        <w:t>Introduction (1–2 paragraphs):</w:t>
      </w:r>
      <w:r>
        <w:br/>
        <w:t xml:space="preserve">Briefly introduce the book and the author. State why you chose this book. Present </w:t>
      </w:r>
      <w:r>
        <w:t>your main thesis (your overall opinion or insight about the book).</w:t>
      </w:r>
    </w:p>
    <w:p w:rsidR="002D3437" w:rsidRDefault="00E22F63">
      <w:r>
        <w:t>Example:</w:t>
      </w:r>
      <w:r>
        <w:br/>
        <w:t>“In *A Man for All Seasons* by Robert Bolt, the author portrays moral integrity in the face of political power. This report explores how Thomas More’s conscience becomes the ultima</w:t>
      </w:r>
      <w:r>
        <w:t>te test of faith and principle.”</w:t>
      </w:r>
    </w:p>
    <w:p w:rsidR="002D3437" w:rsidRDefault="00E22F63">
      <w:r>
        <w:br w:type="page"/>
      </w:r>
    </w:p>
    <w:p w:rsidR="002D3437" w:rsidRDefault="00E22F63">
      <w:pPr>
        <w:pStyle w:val="Heading2"/>
      </w:pPr>
      <w:r>
        <w:lastRenderedPageBreak/>
        <w:t>Page 2 – Summary of the Book</w:t>
      </w:r>
    </w:p>
    <w:p w:rsidR="002D3437" w:rsidRDefault="00E22F63">
      <w:r>
        <w:t>Objective Summary (3–4 paragraphs):</w:t>
      </w:r>
      <w:r>
        <w:br/>
        <w:t>Outline the setting, main characters, and main events. Focus on the central conflict or problem. Avoid opinions here — keep it factual and clear.</w:t>
      </w:r>
      <w:r>
        <w:br/>
        <w:t>Tip: Write</w:t>
      </w:r>
      <w:r>
        <w:t xml:space="preserve"> as if explaining to someone who has never read the book.</w:t>
      </w:r>
    </w:p>
    <w:p w:rsidR="002D3437" w:rsidRDefault="00E22F63">
      <w:r>
        <w:br w:type="page"/>
      </w:r>
    </w:p>
    <w:p w:rsidR="002D3437" w:rsidRDefault="00E22F63">
      <w:pPr>
        <w:pStyle w:val="Heading2"/>
      </w:pPr>
      <w:r>
        <w:lastRenderedPageBreak/>
        <w:t>Page 3 – Character Analysis</w:t>
      </w:r>
    </w:p>
    <w:p w:rsidR="002D3437" w:rsidRDefault="00E22F63">
      <w:r>
        <w:t>Main Character(s):</w:t>
      </w:r>
      <w:r>
        <w:br/>
        <w:t>Describe the protagonist: motivations, struggles, growth. Discuss key secondary characters and their influence on the story. Include at least one quo</w:t>
      </w:r>
      <w:r>
        <w:t>te or passage that captures a character’s essence.</w:t>
      </w:r>
      <w:r>
        <w:br/>
      </w:r>
      <w:r>
        <w:br/>
        <w:t>Themes through Characters:</w:t>
      </w:r>
      <w:r>
        <w:br/>
        <w:t>What human qualities or flaws does the author reveal through the characters?</w:t>
      </w:r>
    </w:p>
    <w:p w:rsidR="002D3437" w:rsidRDefault="00E22F63">
      <w:r>
        <w:br w:type="page"/>
      </w:r>
    </w:p>
    <w:p w:rsidR="002D3437" w:rsidRDefault="00E22F63">
      <w:pPr>
        <w:pStyle w:val="Heading2"/>
      </w:pPr>
      <w:r>
        <w:lastRenderedPageBreak/>
        <w:t>Page 4 – Themes and Symbols</w:t>
      </w:r>
    </w:p>
    <w:p w:rsidR="002D3437" w:rsidRDefault="00E22F63">
      <w:r>
        <w:t>Central Themes:</w:t>
      </w:r>
      <w:r>
        <w:br/>
        <w:t>Identify 2–3 main ideas (e.g., justice, love, sacrific</w:t>
      </w:r>
      <w:r>
        <w:t>e, freedom, etc.). Explain how the author develops these themes through plot or dialogue.</w:t>
      </w:r>
      <w:r>
        <w:br/>
      </w:r>
      <w:r>
        <w:br/>
        <w:t>Symbols or Motifs:</w:t>
      </w:r>
      <w:r>
        <w:br/>
        <w:t>Identify recurring images, objects, or ideas and interpret their meaning.</w:t>
      </w:r>
      <w:r>
        <w:br/>
        <w:t>Example: “The river in the novel symbolizes the flow of time and the ine</w:t>
      </w:r>
      <w:r>
        <w:t>vitability of change.”</w:t>
      </w:r>
    </w:p>
    <w:p w:rsidR="002D3437" w:rsidRDefault="00E22F63">
      <w:r>
        <w:br w:type="page"/>
      </w:r>
    </w:p>
    <w:p w:rsidR="002D3437" w:rsidRDefault="00E22F63">
      <w:pPr>
        <w:pStyle w:val="Heading2"/>
      </w:pPr>
      <w:r>
        <w:lastRenderedPageBreak/>
        <w:t>Page 5 – Evaluation and Personal Reflection</w:t>
      </w:r>
    </w:p>
    <w:p w:rsidR="002D3437" w:rsidRDefault="00E22F63">
      <w:r>
        <w:t>Critical Evaluation:</w:t>
      </w:r>
      <w:r>
        <w:br/>
        <w:t>What worked well in the book (style, structure, emotional power)? What didn’t work or could be improved? Compare it to other books you’ve read by the same author or o</w:t>
      </w:r>
      <w:r>
        <w:t>n similar topics.</w:t>
      </w:r>
      <w:r>
        <w:br/>
      </w:r>
      <w:r>
        <w:br/>
        <w:t>Personal Reflection:</w:t>
      </w:r>
      <w:r>
        <w:br/>
        <w:t>How did this book affect you personally? Did it change your thinking or feelings about its subject?</w:t>
      </w:r>
    </w:p>
    <w:p w:rsidR="002D3437" w:rsidRDefault="00E22F63">
      <w:r>
        <w:br w:type="page"/>
      </w:r>
    </w:p>
    <w:p w:rsidR="002D3437" w:rsidRDefault="00E22F63">
      <w:pPr>
        <w:pStyle w:val="Heading2"/>
      </w:pPr>
      <w:r>
        <w:lastRenderedPageBreak/>
        <w:t>Page 6 – Conclusion and Citations</w:t>
      </w:r>
    </w:p>
    <w:p w:rsidR="002D3437" w:rsidRDefault="00E22F63">
      <w:r>
        <w:t>Conclusion:</w:t>
      </w:r>
      <w:r>
        <w:br/>
        <w:t>Restate your main thesis in light of your analysis. Summarize what t</w:t>
      </w:r>
      <w:r>
        <w:t>he book teaches or why it matters today. End with a thoughtful insight or takeaway.</w:t>
      </w:r>
      <w:r>
        <w:br/>
      </w:r>
      <w:r>
        <w:br/>
        <w:t>Citations / Bibliography:</w:t>
      </w:r>
      <w:r>
        <w:br/>
        <w:t>List the book and any other sources (essays, interviews, websites) in MLA or APA style.</w:t>
      </w:r>
    </w:p>
    <w:sectPr w:rsidR="002D343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D3437"/>
    <w:rsid w:val="00326F90"/>
    <w:rsid w:val="00AA1D8D"/>
    <w:rsid w:val="00B47730"/>
    <w:rsid w:val="00CB0664"/>
    <w:rsid w:val="00E22F6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C736B236-48F2-49D0-940F-C7A331FCA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7E5E653-F544-4B61-9EE3-9BFF374C2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2239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jk051776</cp:lastModifiedBy>
  <cp:revision>2</cp:revision>
  <dcterms:created xsi:type="dcterms:W3CDTF">2025-11-16T16:43:00Z</dcterms:created>
  <dcterms:modified xsi:type="dcterms:W3CDTF">2025-11-16T16:43:00Z</dcterms:modified>
  <cp:category/>
</cp:coreProperties>
</file>